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72B" w:rsidRPr="000F21A2" w:rsidRDefault="000F21A2" w:rsidP="000F21A2">
      <w:pPr>
        <w:pStyle w:val="Ttulo1"/>
        <w:spacing w:before="0" w:line="240" w:lineRule="auto"/>
        <w:jc w:val="center"/>
        <w:rPr>
          <w:rFonts w:ascii="Calibri Light" w:hAnsi="Calibri Light" w:cs="Calibri Light"/>
          <w:color w:val="auto"/>
          <w:sz w:val="32"/>
          <w:szCs w:val="32"/>
        </w:rPr>
      </w:pPr>
      <w:r w:rsidRPr="000F21A2">
        <w:rPr>
          <w:rFonts w:ascii="Calibri Light" w:hAnsi="Calibri Light" w:cs="Calibri Light"/>
          <w:color w:val="auto"/>
          <w:sz w:val="32"/>
          <w:szCs w:val="32"/>
        </w:rPr>
        <w:t>OXIGEN SERIES 25 REGULATIONS</w:t>
      </w:r>
    </w:p>
    <w:p w:rsidR="000F21A2" w:rsidRDefault="000F21A2" w:rsidP="000F21A2">
      <w:pPr>
        <w:spacing w:line="240" w:lineRule="auto"/>
        <w:rPr>
          <w:rFonts w:ascii="Calibri Light" w:hAnsi="Calibri Light" w:cs="Calibri Light"/>
          <w:sz w:val="24"/>
          <w:szCs w:val="24"/>
        </w:rPr>
      </w:pPr>
    </w:p>
    <w:p w:rsidR="00B8072B" w:rsidRPr="000F21A2" w:rsidRDefault="000F21A2" w:rsidP="000F21A2">
      <w:pPr>
        <w:spacing w:line="240" w:lineRule="auto"/>
        <w:jc w:val="center"/>
        <w:rPr>
          <w:rFonts w:ascii="Calibri Light" w:hAnsi="Calibri Light" w:cs="Calibri Light"/>
          <w:b/>
          <w:sz w:val="24"/>
          <w:szCs w:val="24"/>
        </w:rPr>
      </w:pPr>
      <w:r w:rsidRPr="000F21A2">
        <w:rPr>
          <w:rFonts w:ascii="Calibri Light" w:hAnsi="Calibri Light" w:cs="Calibri Light"/>
          <w:b/>
          <w:sz w:val="24"/>
          <w:szCs w:val="24"/>
        </w:rPr>
        <w:t>SPORTS REGULATIONS 2.1</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0 CAREER TYPE</w:t>
      </w:r>
    </w:p>
    <w:p w:rsidR="00B8072B"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9-hour team endurance competition using the slot.it oxygen system.</w:t>
      </w:r>
    </w:p>
    <w:p w:rsidR="000F21A2" w:rsidRPr="000F21A2" w:rsidRDefault="000F21A2"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 TEAMS</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1.1. The number of registered teams will depend on each venue.</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1.2. Teams will be composed of 2-3 drivers. At the discretion of each venue, teams of 4 drivers will be permitted.</w:t>
      </w:r>
    </w:p>
    <w:p w:rsidR="00B8072B" w:rsidRPr="000F21A2" w:rsidRDefault="000F21A2" w:rsidP="000F21A2">
      <w:pPr>
        <w:spacing w:line="240" w:lineRule="auto"/>
        <w:rPr>
          <w:rFonts w:ascii="Calibri Light" w:hAnsi="Calibri Light" w:cs="Calibri Light"/>
          <w:sz w:val="24"/>
          <w:szCs w:val="24"/>
        </w:rPr>
      </w:pPr>
      <w:r>
        <w:rPr>
          <w:rFonts w:ascii="Calibri Light" w:hAnsi="Calibri Light" w:cs="Calibri Light"/>
          <w:sz w:val="24"/>
          <w:szCs w:val="24"/>
        </w:rPr>
        <w:t xml:space="preserve"> </w:t>
      </w:r>
      <w:r>
        <w:rPr>
          <w:rFonts w:ascii="Calibri Light" w:hAnsi="Calibri Light" w:cs="Calibri Light"/>
          <w:sz w:val="24"/>
          <w:szCs w:val="24"/>
        </w:rPr>
        <w:tab/>
      </w:r>
      <w:r>
        <w:rPr>
          <w:rFonts w:ascii="Calibri Light" w:hAnsi="Calibri Light" w:cs="Calibri Light"/>
          <w:sz w:val="24"/>
          <w:szCs w:val="24"/>
        </w:rPr>
        <w:tab/>
      </w:r>
      <w:r w:rsidRPr="000F21A2">
        <w:rPr>
          <w:rFonts w:ascii="Calibri Light" w:hAnsi="Calibri Light" w:cs="Calibri Light"/>
          <w:sz w:val="24"/>
          <w:szCs w:val="24"/>
        </w:rPr>
        <w:t>1.2.1. For the race to run smoothly, there must be a minimum of four teams with three drivers. These teams agree to place their third member in the marshal position during driver changes. If there are not enough four teams with three drivers, a break will be called during the race to accommodate driver changes.</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1.3. Each team will choose its captain, who will represent them before the Organization during </w:t>
      </w:r>
      <w:proofErr w:type="spellStart"/>
      <w:r w:rsidRPr="000F21A2">
        <w:rPr>
          <w:rFonts w:ascii="Calibri Light" w:hAnsi="Calibri Light" w:cs="Calibri Light"/>
          <w:sz w:val="24"/>
          <w:szCs w:val="24"/>
        </w:rPr>
        <w:t>scrutineering</w:t>
      </w:r>
      <w:proofErr w:type="spellEnd"/>
      <w:r w:rsidRPr="000F21A2">
        <w:rPr>
          <w:rFonts w:ascii="Calibri Light" w:hAnsi="Calibri Light" w:cs="Calibri Light"/>
          <w:sz w:val="24"/>
          <w:szCs w:val="24"/>
        </w:rPr>
        <w:t xml:space="preserve">, race control, and for any other matters the organization may require of the team. This must be communicated on the </w:t>
      </w:r>
      <w:proofErr w:type="spellStart"/>
      <w:r w:rsidRPr="000F21A2">
        <w:rPr>
          <w:rFonts w:ascii="Calibri Light" w:hAnsi="Calibri Light" w:cs="Calibri Light"/>
          <w:sz w:val="24"/>
          <w:szCs w:val="24"/>
        </w:rPr>
        <w:t>scrutineering</w:t>
      </w:r>
      <w:proofErr w:type="spellEnd"/>
      <w:r w:rsidRPr="000F21A2">
        <w:rPr>
          <w:rFonts w:ascii="Calibri Light" w:hAnsi="Calibri Light" w:cs="Calibri Light"/>
          <w:sz w:val="24"/>
          <w:szCs w:val="24"/>
        </w:rPr>
        <w:t xml:space="preserve"> sheet.</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1.4. The race lasts 9 hours. During these 9 hours, driving shifts will be established. Each team is required to change drivers when the organization determines. All drivers on a team will drive the same number of shifts during the race.</w:t>
      </w:r>
    </w:p>
    <w:p w:rsid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1.4.1. Teams of 2 and 3 drivers will fly in 30-minute shifts. For teams of 4 drivers, the first shift will be 45 minutes long, and the remaining shifts will be 30 minutes long.</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1.5 Failure to comply with point 1.4 of the regulations will result in a 50-lap penalty.</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1.5.1 If a pilot is unable to complete their piloting shifts due to force majeure, the sanction in point 1.5 will be void. Only the organization can decide whether the force majeure is justified. Likewise, if a pilot is temporarily unwell and has to leave their seat to a colleague, they must inform the organization beforehand so that their time can be monitored and returned to the substitute's shift.</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lastRenderedPageBreak/>
        <w:t xml:space="preserve">1.5.2 The organizers will announce when drivers must be changed, allowing them </w:t>
      </w:r>
      <w:r>
        <w:rPr>
          <w:rFonts w:ascii="Calibri Light" w:hAnsi="Calibri Light" w:cs="Calibri Light"/>
          <w:sz w:val="24"/>
          <w:szCs w:val="24"/>
        </w:rPr>
        <w:t>3 minutes to do so. Failure to do so within the allotted time will result in a stop-go.</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1.5.3 Driving sessions will be 30 minutes long. Except for the first session for teams of four, which will be 45 minutes long. Continuing without making the required driver change within the mandatory time limit, and having already been penalized with a </w:t>
      </w:r>
      <w:proofErr w:type="spellStart"/>
      <w:r w:rsidRPr="000F21A2">
        <w:rPr>
          <w:rFonts w:ascii="Calibri Light" w:hAnsi="Calibri Light" w:cs="Calibri Light"/>
          <w:sz w:val="24"/>
          <w:szCs w:val="24"/>
        </w:rPr>
        <w:t>stop&amp;go</w:t>
      </w:r>
      <w:proofErr w:type="spellEnd"/>
      <w:r w:rsidRPr="000F21A2">
        <w:rPr>
          <w:rFonts w:ascii="Calibri Light" w:hAnsi="Calibri Light" w:cs="Calibri Light"/>
          <w:sz w:val="24"/>
          <w:szCs w:val="24"/>
        </w:rPr>
        <w:t>, will result in a 50-lap penalty if management has ordered the driver change to take place and the team in question refuses to do so.</w:t>
      </w:r>
    </w:p>
    <w:p w:rsidR="00B8072B" w:rsidRPr="000F21A2" w:rsidRDefault="000F21A2" w:rsidP="000F21A2">
      <w:pPr>
        <w:spacing w:line="240" w:lineRule="auto"/>
        <w:ind w:left="720" w:firstLine="720"/>
        <w:rPr>
          <w:rFonts w:ascii="Calibri Light" w:hAnsi="Calibri Light" w:cs="Calibri Light"/>
          <w:sz w:val="24"/>
          <w:szCs w:val="24"/>
        </w:rPr>
      </w:pPr>
      <w:r>
        <w:rPr>
          <w:rFonts w:ascii="Calibri Light" w:hAnsi="Calibri Light" w:cs="Calibri Light"/>
          <w:sz w:val="24"/>
          <w:szCs w:val="24"/>
        </w:rPr>
        <w:t>1.5.4 The same driver may not complete two consecutive sessions. However, provided the required number of shifts is observed, the driving order may be changed. Failure to comply with this requirement will result in a penalty of 50 laps per shift.</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1.6. Driver changes will only be made by entering the car into the pits.</w:t>
      </w:r>
    </w:p>
    <w:p w:rsidR="00B8072B"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1.7. Any team that leaves its marshal's position, even briefly </w:t>
      </w:r>
      <w:r>
        <w:rPr>
          <w:rFonts w:ascii="Calibri Light" w:hAnsi="Calibri Light" w:cs="Calibri Light"/>
          <w:sz w:val="24"/>
          <w:szCs w:val="24"/>
        </w:rPr>
        <w:t xml:space="preserve">, and a car is left unused as a result will be penalized five laps less for that marshal's team. A marshal using a mobile phone will receive a stop-and-go </w:t>
      </w:r>
      <w:proofErr w:type="gramStart"/>
      <w:r>
        <w:rPr>
          <w:rFonts w:ascii="Calibri Light" w:hAnsi="Calibri Light" w:cs="Calibri Light"/>
          <w:sz w:val="24"/>
          <w:szCs w:val="24"/>
        </w:rPr>
        <w:t xml:space="preserve">penalty </w:t>
      </w:r>
      <w:r w:rsidRPr="000F21A2">
        <w:rPr>
          <w:rFonts w:ascii="Calibri Light" w:hAnsi="Calibri Light" w:cs="Calibri Light"/>
          <w:sz w:val="24"/>
          <w:szCs w:val="24"/>
        </w:rPr>
        <w:t>.</w:t>
      </w:r>
      <w:proofErr w:type="gramEnd"/>
      <w:r w:rsidRPr="000F21A2">
        <w:rPr>
          <w:rFonts w:ascii="Calibri Light" w:hAnsi="Calibri Light" w:cs="Calibri Light"/>
          <w:sz w:val="24"/>
          <w:szCs w:val="24"/>
        </w:rPr>
        <w:t xml:space="preserve"> If a marshal repeatedly leaves their position, they will be issued a warning; if they commit another infringement, the team will be issued a stop-and- go penalty.</w:t>
      </w:r>
    </w:p>
    <w:p w:rsidR="000F21A2" w:rsidRPr="000F21A2" w:rsidRDefault="000F21A2" w:rsidP="000F21A2">
      <w:pPr>
        <w:spacing w:line="240" w:lineRule="auto"/>
        <w:ind w:firstLine="720"/>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2 SCHEDULES</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FRIDAY:</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6:30 PM - 8:30 PM: Free Practice 1</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8:30 PM - 9:30 PM: Verifications</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SATURDAY:</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08:00h - 10:00h: Free practice 2</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10:00 a.m. - 11:00 a.m.: Verifications</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11:00 a.m. - 11:15 a.m.: Briefing</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11:15 a.m. - 11:25 a.m. Warm- up</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10:25 a.m. - 11:35 a.m.: Pole</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11:45 a.m. - 8:45 p.m.: RACE</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9:00 PM: Awards Ceremony</w:t>
      </w:r>
    </w:p>
    <w:p w:rsidR="00B8072B"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lastRenderedPageBreak/>
        <w:t xml:space="preserve">9:30 </w:t>
      </w:r>
      <w:r>
        <w:rPr>
          <w:rFonts w:ascii="Calibri Light" w:hAnsi="Calibri Light" w:cs="Calibri Light"/>
          <w:sz w:val="24"/>
          <w:szCs w:val="24"/>
        </w:rPr>
        <w:t>p.m.: Fellowship dinner</w:t>
      </w:r>
    </w:p>
    <w:p w:rsidR="000F21A2" w:rsidRPr="000F21A2" w:rsidRDefault="000F21A2" w:rsidP="000F21A2">
      <w:pPr>
        <w:spacing w:line="240" w:lineRule="auto"/>
        <w:rPr>
          <w:rFonts w:ascii="Calibri Light" w:hAnsi="Calibri Light" w:cs="Calibri Light"/>
          <w:sz w:val="24"/>
          <w:szCs w:val="24"/>
        </w:rPr>
      </w:pP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2.1. Each team may choose only one practice session (free practice 1 or free practice 2), and must notify the event organizer of their choice in advance.</w:t>
      </w:r>
    </w:p>
    <w:p w:rsidR="000F21A2" w:rsidRDefault="000F21A2"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3 workouts</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3.1. All repairs, adjustments, and installation of official parts on the racing car must be carried out on the pit table, which will be specifically designated for this purpose.</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3.2. The car must be ready for inspection before the end of the practice period. Engine assembly, cleaning, and adjustment work are not permitted after the practice period has elapsed. Failure to comply with this requirement will result in a 5-lap penalty.</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3.2.1. The competition engine will be delivered 30 minutes before the </w:t>
      </w:r>
      <w:r>
        <w:rPr>
          <w:rFonts w:ascii="Calibri Light" w:hAnsi="Calibri Light" w:cs="Calibri Light"/>
          <w:sz w:val="24"/>
          <w:szCs w:val="24"/>
        </w:rPr>
        <w:t>start of the training session chosen by each team.</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3.3. For practice and pole positions, teams will be assigned their position on the grid based on the General Classification order. For the first round, the order is determined by the VIII Oxigen Series classification. If a driver changes teams and their original team continues to compete, the classification of the team they will compete in will be taken into account. This means that their position earned with another team will not be carried over.</w:t>
      </w:r>
    </w:p>
    <w:p w:rsidR="00B8072B" w:rsidRPr="000F21A2" w:rsidRDefault="00B8072B"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4 CLOSED PARK</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4.1. The car will be handed over to the organizers in the </w:t>
      </w:r>
      <w:proofErr w:type="spellStart"/>
      <w:r w:rsidRPr="000F21A2">
        <w:rPr>
          <w:rFonts w:ascii="Calibri Light" w:hAnsi="Calibri Light" w:cs="Calibri Light"/>
          <w:sz w:val="24"/>
          <w:szCs w:val="24"/>
        </w:rPr>
        <w:t>parc</w:t>
      </w:r>
      <w:proofErr w:type="spellEnd"/>
      <w:r w:rsidRPr="000F21A2">
        <w:rPr>
          <w:rFonts w:ascii="Calibri Light" w:hAnsi="Calibri Light" w:cs="Calibri Light"/>
          <w:sz w:val="24"/>
          <w:szCs w:val="24"/>
        </w:rPr>
        <w:t xml:space="preserve"> </w:t>
      </w:r>
      <w:proofErr w:type="spellStart"/>
      <w:r w:rsidRPr="000F21A2">
        <w:rPr>
          <w:rFonts w:ascii="Calibri Light" w:hAnsi="Calibri Light" w:cs="Calibri Light"/>
          <w:sz w:val="24"/>
          <w:szCs w:val="24"/>
        </w:rPr>
        <w:t>fermé</w:t>
      </w:r>
      <w:proofErr w:type="spellEnd"/>
      <w:r w:rsidRPr="000F21A2">
        <w:rPr>
          <w:rFonts w:ascii="Calibri Light" w:hAnsi="Calibri Light" w:cs="Calibri Light"/>
          <w:sz w:val="24"/>
          <w:szCs w:val="24"/>
        </w:rPr>
        <w:t xml:space="preserve"> at the scheduled times. These times must be adhered to and will not be affected by delays on the part of a participating team.</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4.2. The car must be delivered OPEN (separating the chassis from the body) for inspection.</w:t>
      </w:r>
    </w:p>
    <w:p w:rsidR="000F21A2" w:rsidRDefault="000F21A2"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5 SANCTIONS</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5.1. Pushing a rival off the track when changing lanes or exiting the pit lane, or hitting someone from behind, will result in a stop-and-go penalty, whether intentional or inadvertent. Pushing a car that has moved in front of you is never a penalty.</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lastRenderedPageBreak/>
        <w:t xml:space="preserve">5.2. The curved foul is difficult to control, although we will try to avoid it </w:t>
      </w:r>
      <w:r>
        <w:rPr>
          <w:rFonts w:ascii="Calibri Light" w:hAnsi="Calibri Light" w:cs="Calibri Light"/>
          <w:sz w:val="24"/>
          <w:szCs w:val="24"/>
        </w:rPr>
        <w:t xml:space="preserve">for fair play, but the expulsion for hitting in </w:t>
      </w:r>
      <w:r w:rsidRPr="000F21A2">
        <w:rPr>
          <w:rFonts w:ascii="Calibri Light" w:hAnsi="Calibri Light" w:cs="Calibri Light"/>
          <w:sz w:val="24"/>
          <w:szCs w:val="24"/>
        </w:rPr>
        <w:t>this type of actions will not be counted as a foul.</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5.3. Entering the pits after colliding with another car inside the pits entails the following:</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5.3.1. If you do not move the other car out of the lane, there is no penalty.</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5.3.2. If you take him out of the lane, a </w:t>
      </w:r>
      <w:proofErr w:type="spellStart"/>
      <w:r w:rsidRPr="000F21A2">
        <w:rPr>
          <w:rFonts w:ascii="Calibri Light" w:hAnsi="Calibri Light" w:cs="Calibri Light"/>
          <w:sz w:val="24"/>
          <w:szCs w:val="24"/>
        </w:rPr>
        <w:t>stop&amp;go</w:t>
      </w:r>
      <w:proofErr w:type="spellEnd"/>
      <w:r w:rsidRPr="000F21A2">
        <w:rPr>
          <w:rFonts w:ascii="Calibri Light" w:hAnsi="Calibri Light" w:cs="Calibri Light"/>
          <w:sz w:val="24"/>
          <w:szCs w:val="24"/>
        </w:rPr>
        <w:t>.</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5.3.3. If you break any part of the car and the car has to stop for repairs, a </w:t>
      </w:r>
      <w:proofErr w:type="spellStart"/>
      <w:r w:rsidRPr="000F21A2">
        <w:rPr>
          <w:rFonts w:ascii="Calibri Light" w:hAnsi="Calibri Light" w:cs="Calibri Light"/>
          <w:sz w:val="24"/>
          <w:szCs w:val="24"/>
        </w:rPr>
        <w:t>stop&amp;go</w:t>
      </w:r>
      <w:proofErr w:type="spellEnd"/>
      <w:r w:rsidRPr="000F21A2">
        <w:rPr>
          <w:rFonts w:ascii="Calibri Light" w:hAnsi="Calibri Light" w:cs="Calibri Light"/>
          <w:sz w:val="24"/>
          <w:szCs w:val="24"/>
        </w:rPr>
        <w:t>.</w:t>
      </w:r>
    </w:p>
    <w:p w:rsidR="00B8072B" w:rsidRPr="000F21A2" w:rsidRDefault="000F21A2" w:rsidP="000F21A2">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5.3.4. If you do not take the car out, but push it out of the pits, causing another accident, a </w:t>
      </w:r>
      <w:proofErr w:type="spellStart"/>
      <w:r w:rsidRPr="000F21A2">
        <w:rPr>
          <w:rFonts w:ascii="Calibri Light" w:hAnsi="Calibri Light" w:cs="Calibri Light"/>
          <w:sz w:val="24"/>
          <w:szCs w:val="24"/>
        </w:rPr>
        <w:t>stop&amp;go</w:t>
      </w:r>
      <w:proofErr w:type="spellEnd"/>
      <w:r w:rsidRPr="000F21A2">
        <w:rPr>
          <w:rFonts w:ascii="Calibri Light" w:hAnsi="Calibri Light" w:cs="Calibri Light"/>
          <w:sz w:val="24"/>
          <w:szCs w:val="24"/>
        </w:rPr>
        <w:t>.</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5.4 A false start at the beginning of the race will be penalized with a </w:t>
      </w:r>
      <w:proofErr w:type="spellStart"/>
      <w:r w:rsidRPr="000F21A2">
        <w:rPr>
          <w:rFonts w:ascii="Calibri Light" w:hAnsi="Calibri Light" w:cs="Calibri Light"/>
          <w:sz w:val="24"/>
          <w:szCs w:val="24"/>
        </w:rPr>
        <w:t>stop&amp;go</w:t>
      </w:r>
      <w:proofErr w:type="spellEnd"/>
      <w:r w:rsidRPr="000F21A2">
        <w:rPr>
          <w:rFonts w:ascii="Calibri Light" w:hAnsi="Calibri Light" w:cs="Calibri Light"/>
          <w:sz w:val="24"/>
          <w:szCs w:val="24"/>
        </w:rPr>
        <w:t>, this will be marked by the system.</w:t>
      </w:r>
    </w:p>
    <w:p w:rsidR="00B8072B" w:rsidRPr="000F21A2" w:rsidRDefault="000F21A2" w:rsidP="000F21A2">
      <w:pPr>
        <w:spacing w:line="240" w:lineRule="auto"/>
        <w:rPr>
          <w:rFonts w:ascii="Calibri Light" w:hAnsi="Calibri Light" w:cs="Calibri Light"/>
          <w:sz w:val="24"/>
          <w:szCs w:val="24"/>
        </w:rPr>
      </w:pPr>
      <w:r>
        <w:rPr>
          <w:rFonts w:ascii="Calibri Light" w:hAnsi="Calibri Light" w:cs="Calibri Light"/>
          <w:sz w:val="24"/>
          <w:szCs w:val="24"/>
        </w:rPr>
        <w:t xml:space="preserve">  </w:t>
      </w:r>
      <w:r>
        <w:rPr>
          <w:rFonts w:ascii="Calibri Light" w:hAnsi="Calibri Light" w:cs="Calibri Light"/>
          <w:sz w:val="24"/>
          <w:szCs w:val="24"/>
        </w:rPr>
        <w:tab/>
      </w:r>
      <w:r w:rsidRPr="000F21A2">
        <w:rPr>
          <w:rFonts w:ascii="Calibri Light" w:hAnsi="Calibri Light" w:cs="Calibri Light"/>
          <w:sz w:val="24"/>
          <w:szCs w:val="24"/>
        </w:rPr>
        <w:t>5.5. Intentionally leaving the car stopped on the track will be penalized with DISQUALIFICATION, as it causes serious accidents.</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car parts within 3 laps of Race Direction's warning: 25-lap penalty.</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5.7. Manipulating the official car, both in practice (those with the official engine already installed) and in the race, outside the pit area: 50 laps.</w:t>
      </w:r>
    </w:p>
    <w:p w:rsidR="00B8072B" w:rsidRPr="000F21A2" w:rsidRDefault="000F21A2" w:rsidP="000F21A2">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5.8. Penalties are imposed solely and exclusively by the stewards, never at the request of a driver. Stewards can impose penalties on all corners, not just the one they are overseeing at that time.</w:t>
      </w:r>
    </w:p>
    <w:p w:rsidR="00087D70" w:rsidRDefault="00087D70" w:rsidP="000F21A2">
      <w:pPr>
        <w:spacing w:line="240" w:lineRule="auto"/>
        <w:rPr>
          <w:rFonts w:ascii="Calibri Light" w:hAnsi="Calibri Light" w:cs="Calibri Light"/>
          <w:sz w:val="24"/>
          <w:szCs w:val="24"/>
        </w:rPr>
      </w:pPr>
    </w:p>
    <w:p w:rsidR="00B8072B" w:rsidRPr="000F21A2" w:rsidRDefault="00087D70" w:rsidP="000F21A2">
      <w:pPr>
        <w:spacing w:line="240" w:lineRule="auto"/>
        <w:rPr>
          <w:rFonts w:ascii="Calibri Light" w:hAnsi="Calibri Light" w:cs="Calibri Light"/>
          <w:sz w:val="24"/>
          <w:szCs w:val="24"/>
        </w:rPr>
      </w:pPr>
      <w:r>
        <w:rPr>
          <w:rFonts w:ascii="Calibri Light" w:hAnsi="Calibri Light" w:cs="Calibri Light"/>
          <w:sz w:val="24"/>
          <w:szCs w:val="24"/>
        </w:rPr>
        <w:t>6 REPAIRS</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6.1. Cars may not be tampered with in any way by participants once they have been delivered to the </w:t>
      </w:r>
      <w:proofErr w:type="spellStart"/>
      <w:r w:rsidRPr="000F21A2">
        <w:rPr>
          <w:rFonts w:ascii="Calibri Light" w:hAnsi="Calibri Light" w:cs="Calibri Light"/>
          <w:sz w:val="24"/>
          <w:szCs w:val="24"/>
        </w:rPr>
        <w:t>parc</w:t>
      </w:r>
      <w:proofErr w:type="spellEnd"/>
      <w:r w:rsidRPr="000F21A2">
        <w:rPr>
          <w:rFonts w:ascii="Calibri Light" w:hAnsi="Calibri Light" w:cs="Calibri Light"/>
          <w:sz w:val="24"/>
          <w:szCs w:val="24"/>
        </w:rPr>
        <w:t xml:space="preserve"> </w:t>
      </w:r>
      <w:proofErr w:type="spellStart"/>
      <w:r w:rsidRPr="000F21A2">
        <w:rPr>
          <w:rFonts w:ascii="Calibri Light" w:hAnsi="Calibri Light" w:cs="Calibri Light"/>
          <w:sz w:val="24"/>
          <w:szCs w:val="24"/>
        </w:rPr>
        <w:t>fermé</w:t>
      </w:r>
      <w:proofErr w:type="spellEnd"/>
      <w:r w:rsidRPr="000F21A2">
        <w:rPr>
          <w:rFonts w:ascii="Calibri Light" w:hAnsi="Calibri Light" w:cs="Calibri Light"/>
          <w:sz w:val="24"/>
          <w:szCs w:val="24"/>
        </w:rPr>
        <w:t xml:space="preserve">. Any anomalies will be resolved in the pits during race time as follows: The team member who is not the driver or marshal will take the car to the pit area. The car may not leave the designated repair </w:t>
      </w:r>
      <w:proofErr w:type="gramStart"/>
      <w:r w:rsidRPr="000F21A2">
        <w:rPr>
          <w:rFonts w:ascii="Calibri Light" w:hAnsi="Calibri Light" w:cs="Calibri Light"/>
          <w:sz w:val="24"/>
          <w:szCs w:val="24"/>
        </w:rPr>
        <w:t>area .</w:t>
      </w:r>
      <w:proofErr w:type="gramEnd"/>
      <w:r w:rsidRPr="000F21A2">
        <w:rPr>
          <w:rFonts w:ascii="Calibri Light" w:hAnsi="Calibri Light" w:cs="Calibri Light"/>
          <w:sz w:val="24"/>
          <w:szCs w:val="24"/>
        </w:rPr>
        <w:t xml:space="preserve"> Once the car has been repaired, Race Direction will certify that it complies with the regulations, and the participant will return the car to the pit area for re-entry into the race.</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6.2.1. In the event that the driver does not have time to serve the penalty due to the race ending, the penalty will be commuted to one less lap.</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7 STOP RACE</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7.1. Races may only be stopped in the event of a serious problem. The race director will be responsible for stopping the race by activating this option in the program.</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lastRenderedPageBreak/>
        <w:t>7.2. The only person with the authority to stop the race is the race director, who, in view of the problem detected, will assess the need to stop it.</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such as collisions between cars, a car leaving the track structure, or a car breakdown, regardless of the cause, will not be considered a justified cause for giving the "Race Stop" order . These incidents will be assessed by management.</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's speed after exiting the pit lane, the race organizers will not stop the race until they have attempted to recover that speed, either by pitting the car, passing the finish line, or changing its ID to a free one. If the speed cannot be recovered, the race organizers will stop the race and restart it with the same positions/laps as the current qualifying time and the time shown on the screen.</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7.5. PCLAP will allow any team experiencing electronic issues to change their ID. In this case, the laps they had completed up to that point with their initial ID will be added.</w:t>
      </w:r>
    </w:p>
    <w:p w:rsidR="00087D70" w:rsidRDefault="00087D70"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8 FOLDED</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 xml:space="preserve">We believe that in a 9-hour endurance </w:t>
      </w:r>
      <w:proofErr w:type="gramStart"/>
      <w:r w:rsidRPr="000F21A2">
        <w:rPr>
          <w:rFonts w:ascii="Calibri Light" w:hAnsi="Calibri Light" w:cs="Calibri Light"/>
          <w:sz w:val="24"/>
          <w:szCs w:val="24"/>
        </w:rPr>
        <w:t>race ,</w:t>
      </w:r>
      <w:proofErr w:type="gramEnd"/>
      <w:r w:rsidRPr="000F21A2">
        <w:rPr>
          <w:rFonts w:ascii="Calibri Light" w:hAnsi="Calibri Light" w:cs="Calibri Light"/>
          <w:sz w:val="24"/>
          <w:szCs w:val="24"/>
        </w:rPr>
        <w:t xml:space="preserve"> each team knows their current situation and whether they're fighting for position or are about to be lapped. It's impossible for race management to control these types of situations, although we recommend that all teams use fair play for the smooth running of the race. You should never change lanes when you're about to be </w:t>
      </w:r>
      <w:proofErr w:type="gramStart"/>
      <w:r w:rsidRPr="000F21A2">
        <w:rPr>
          <w:rFonts w:ascii="Calibri Light" w:hAnsi="Calibri Light" w:cs="Calibri Light"/>
          <w:sz w:val="24"/>
          <w:szCs w:val="24"/>
        </w:rPr>
        <w:t>lapped .</w:t>
      </w:r>
      <w:proofErr w:type="gramEnd"/>
      <w:r w:rsidRPr="000F21A2">
        <w:rPr>
          <w:rFonts w:ascii="Calibri Light" w:hAnsi="Calibri Light" w:cs="Calibri Light"/>
          <w:sz w:val="24"/>
          <w:szCs w:val="24"/>
        </w:rPr>
        <w:t xml:space="preserve"> It's clear that ALL cars are competing in their respective areas of the </w:t>
      </w:r>
      <w:proofErr w:type="spellStart"/>
      <w:r w:rsidRPr="000F21A2">
        <w:rPr>
          <w:rFonts w:ascii="Calibri Light" w:hAnsi="Calibri Light" w:cs="Calibri Light"/>
          <w:sz w:val="24"/>
          <w:szCs w:val="24"/>
        </w:rPr>
        <w:t>leaderboard</w:t>
      </w:r>
      <w:proofErr w:type="spellEnd"/>
      <w:r w:rsidRPr="000F21A2">
        <w:rPr>
          <w:rFonts w:ascii="Calibri Light" w:hAnsi="Calibri Light" w:cs="Calibri Light"/>
          <w:sz w:val="24"/>
          <w:szCs w:val="24"/>
        </w:rPr>
        <w:t>.</w:t>
      </w:r>
    </w:p>
    <w:p w:rsidR="00087D70" w:rsidRDefault="00087D70"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9 TRACK STEWARDS</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9.1. The Stewards will be supervised by Race Direction and will be composed of one member from each participating team. Resigning from their Stewardship duties will result in disqualification from the race. Being absent from your position without being substituted will result in 5 fewer laps for your team.</w:t>
      </w:r>
    </w:p>
    <w:p w:rsidR="00087D70"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9.2. The use of mobile phones or similar devices while serving as a marshal is prohibited. The first warning will result in a </w:t>
      </w:r>
      <w:r w:rsidR="00087D70">
        <w:rPr>
          <w:rFonts w:ascii="Calibri Light" w:hAnsi="Calibri Light" w:cs="Calibri Light"/>
          <w:sz w:val="24"/>
          <w:szCs w:val="24"/>
        </w:rPr>
        <w:t>stop-and-go penalty, and each subsequent warning will result in a five-lap penalty. These penalties will be applied to the marshal's team.</w:t>
      </w:r>
    </w:p>
    <w:p w:rsidR="00087D70" w:rsidRDefault="00087D70" w:rsidP="00087D70">
      <w:pPr>
        <w:spacing w:line="240" w:lineRule="auto"/>
        <w:rPr>
          <w:rFonts w:ascii="Calibri Light" w:hAnsi="Calibri Light" w:cs="Calibri Light"/>
          <w:sz w:val="24"/>
          <w:szCs w:val="24"/>
        </w:rPr>
      </w:pPr>
    </w:p>
    <w:p w:rsidR="00B8072B" w:rsidRPr="000F21A2" w:rsidRDefault="000F21A2" w:rsidP="00087D70">
      <w:pPr>
        <w:spacing w:line="240" w:lineRule="auto"/>
        <w:rPr>
          <w:rFonts w:ascii="Calibri Light" w:hAnsi="Calibri Light" w:cs="Calibri Light"/>
          <w:sz w:val="24"/>
          <w:szCs w:val="24"/>
        </w:rPr>
      </w:pPr>
      <w:r w:rsidRPr="000F21A2">
        <w:rPr>
          <w:rFonts w:ascii="Calibri Light" w:hAnsi="Calibri Light" w:cs="Calibri Light"/>
          <w:sz w:val="24"/>
          <w:szCs w:val="24"/>
        </w:rPr>
        <w:t>10 FINAL RACE</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lastRenderedPageBreak/>
        <w:t xml:space="preserve">The winner will be the one who has completed the most laps of the circuit, even if the driver is off the track for any reason and cannot finish crossing the finish </w:t>
      </w:r>
      <w:proofErr w:type="gramStart"/>
      <w:r w:rsidRPr="000F21A2">
        <w:rPr>
          <w:rFonts w:ascii="Calibri Light" w:hAnsi="Calibri Light" w:cs="Calibri Light"/>
          <w:sz w:val="24"/>
          <w:szCs w:val="24"/>
        </w:rPr>
        <w:t>line ,</w:t>
      </w:r>
      <w:proofErr w:type="gramEnd"/>
      <w:r w:rsidRPr="000F21A2">
        <w:rPr>
          <w:rFonts w:ascii="Calibri Light" w:hAnsi="Calibri Light" w:cs="Calibri Light"/>
          <w:sz w:val="24"/>
          <w:szCs w:val="24"/>
        </w:rPr>
        <w:t xml:space="preserve"> except in the case of exclusion from the race.</w:t>
      </w:r>
    </w:p>
    <w:p w:rsidR="00087D70" w:rsidRDefault="00087D70"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11 LOST LAPS</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 xml:space="preserve">system error , the software fails to count one or more laps for a team, they will be manually added to the software. Once the lap has been claimed (either by the organizers, the affected team, or a third party), the organizers will verify that the time on the next lap is double that of a standard lap (plus or minus a stipulated by the organizers). If </w:t>
      </w:r>
      <w:proofErr w:type="gramStart"/>
      <w:r w:rsidRPr="000F21A2">
        <w:rPr>
          <w:rFonts w:ascii="Calibri Light" w:hAnsi="Calibri Light" w:cs="Calibri Light"/>
          <w:sz w:val="24"/>
          <w:szCs w:val="24"/>
        </w:rPr>
        <w:t>so ,</w:t>
      </w:r>
      <w:proofErr w:type="gramEnd"/>
      <w:r w:rsidRPr="000F21A2">
        <w:rPr>
          <w:rFonts w:ascii="Calibri Light" w:hAnsi="Calibri Light" w:cs="Calibri Light"/>
          <w:sz w:val="24"/>
          <w:szCs w:val="24"/>
        </w:rPr>
        <w:t xml:space="preserve"> the lost lap will be added.</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A lost lap cannot be claimed, nor can the organization add a lost lap if it cannot be verified by the time of the next lap. The distance to other teams will not be used as a reference.</w:t>
      </w:r>
    </w:p>
    <w:p w:rsidR="00087D70" w:rsidRDefault="00087D70"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12 SCORE</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championship </w:t>
      </w:r>
      <w:r w:rsidR="00087D70">
        <w:rPr>
          <w:rFonts w:ascii="Calibri Light" w:hAnsi="Calibri Light" w:cs="Calibri Light"/>
          <w:sz w:val="24"/>
          <w:szCs w:val="24"/>
        </w:rPr>
        <w:t xml:space="preserve">ranking </w:t>
      </w:r>
      <w:r w:rsidRPr="000F21A2">
        <w:rPr>
          <w:rFonts w:ascii="Calibri Light" w:hAnsi="Calibri Light" w:cs="Calibri Light"/>
          <w:sz w:val="24"/>
          <w:szCs w:val="24"/>
        </w:rPr>
        <w:t>consists of the sum of the results of the 3 events, thus determining the final positions of each team in the championship.</w:t>
      </w:r>
    </w:p>
    <w:p w:rsidR="00B8072B" w:rsidRPr="000F21A2" w:rsidRDefault="00087D70" w:rsidP="00087D70">
      <w:pPr>
        <w:spacing w:line="240" w:lineRule="auto"/>
        <w:ind w:firstLine="720"/>
        <w:rPr>
          <w:rFonts w:ascii="Calibri Light" w:hAnsi="Calibri Light" w:cs="Calibri Light"/>
          <w:sz w:val="24"/>
          <w:szCs w:val="24"/>
        </w:rPr>
      </w:pPr>
      <w:r>
        <w:rPr>
          <w:rFonts w:ascii="Calibri Light" w:hAnsi="Calibri Light" w:cs="Calibri Light"/>
          <w:sz w:val="24"/>
          <w:szCs w:val="24"/>
        </w:rPr>
        <w:t>12.2. No results are discounted.</w:t>
      </w:r>
    </w:p>
    <w:p w:rsidR="00B8072B" w:rsidRPr="000F21A2" w:rsidRDefault="00087D70" w:rsidP="00087D70">
      <w:pPr>
        <w:spacing w:line="240" w:lineRule="auto"/>
        <w:ind w:firstLine="720"/>
        <w:rPr>
          <w:rFonts w:ascii="Calibri Light" w:hAnsi="Calibri Light" w:cs="Calibri Light"/>
          <w:sz w:val="24"/>
          <w:szCs w:val="24"/>
        </w:rPr>
      </w:pPr>
      <w:r>
        <w:rPr>
          <w:rFonts w:ascii="Calibri Light" w:hAnsi="Calibri Light" w:cs="Calibri Light"/>
          <w:sz w:val="24"/>
          <w:szCs w:val="24"/>
        </w:rPr>
        <w:t>12.3. Tiebreaker in case of a tie on points:</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1st Highest number of races contested.</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2nd Best result in a test. If the tie continues, second best result in a test and so on.</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3rd Greatest distance traveled. Multiply the laps traveled by the </w:t>
      </w:r>
      <w:proofErr w:type="gramStart"/>
      <w:r w:rsidRPr="000F21A2">
        <w:rPr>
          <w:rFonts w:ascii="Calibri Light" w:hAnsi="Calibri Light" w:cs="Calibri Light"/>
          <w:sz w:val="24"/>
          <w:szCs w:val="24"/>
        </w:rPr>
        <w:t>circuit .</w:t>
      </w:r>
      <w:proofErr w:type="gramEnd"/>
      <w:r w:rsidRPr="000F21A2">
        <w:rPr>
          <w:rFonts w:ascii="Calibri Light" w:hAnsi="Calibri Light" w:cs="Calibri Light"/>
          <w:sz w:val="24"/>
          <w:szCs w:val="24"/>
        </w:rPr>
        <w:t xml:space="preserve"> The sum of the distance traveled in the contested events is the value that will be taken into account for the tiebreaker.</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4th If the tie continues, they will remain in the same position</w:t>
      </w:r>
    </w:p>
    <w:p w:rsidR="00B8072B" w:rsidRPr="000F21A2" w:rsidRDefault="00087D70" w:rsidP="00087D70">
      <w:pPr>
        <w:spacing w:line="240" w:lineRule="auto"/>
        <w:ind w:firstLine="720"/>
        <w:rPr>
          <w:rFonts w:ascii="Calibri Light" w:hAnsi="Calibri Light" w:cs="Calibri Light"/>
          <w:sz w:val="24"/>
          <w:szCs w:val="24"/>
        </w:rPr>
      </w:pPr>
      <w:r>
        <w:rPr>
          <w:rFonts w:ascii="Calibri Light" w:hAnsi="Calibri Light" w:cs="Calibri Light"/>
          <w:sz w:val="24"/>
          <w:szCs w:val="24"/>
        </w:rPr>
        <w:t>12.4. Scoring per test, for each participating team:</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1º 35</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2º 30</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3º 26</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4º 22</w:t>
      </w:r>
    </w:p>
    <w:p w:rsidR="00B8072B" w:rsidRPr="000F21A2" w:rsidRDefault="000F21A2" w:rsidP="00087D70">
      <w:pPr>
        <w:spacing w:line="240" w:lineRule="auto"/>
        <w:ind w:left="1440"/>
        <w:rPr>
          <w:rFonts w:ascii="Calibri Light" w:hAnsi="Calibri Light" w:cs="Calibri Light"/>
          <w:sz w:val="24"/>
          <w:szCs w:val="24"/>
        </w:rPr>
      </w:pPr>
      <w:r w:rsidRPr="000F21A2">
        <w:rPr>
          <w:rFonts w:ascii="Calibri Light" w:hAnsi="Calibri Light" w:cs="Calibri Light"/>
          <w:sz w:val="24"/>
          <w:szCs w:val="24"/>
        </w:rPr>
        <w:lastRenderedPageBreak/>
        <w:t>5º 19</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6th 16</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7º 14</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8º 12</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9º 10</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10º 8</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11º 6</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12º 4</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13º 2</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14º 1</w:t>
      </w:r>
    </w:p>
    <w:p w:rsidR="00087D70" w:rsidRDefault="00087D70" w:rsidP="000F21A2">
      <w:pPr>
        <w:spacing w:line="240" w:lineRule="auto"/>
        <w:rPr>
          <w:rFonts w:ascii="Calibri Light" w:hAnsi="Calibri Light" w:cs="Calibri Light"/>
          <w:sz w:val="24"/>
          <w:szCs w:val="24"/>
        </w:rPr>
      </w:pPr>
    </w:p>
    <w:p w:rsidR="00B8072B" w:rsidRPr="000F21A2" w:rsidRDefault="00087D70" w:rsidP="00087D70">
      <w:pPr>
        <w:spacing w:line="240" w:lineRule="auto"/>
        <w:ind w:firstLine="720"/>
        <w:rPr>
          <w:rFonts w:ascii="Calibri Light" w:hAnsi="Calibri Light" w:cs="Calibri Light"/>
          <w:sz w:val="24"/>
          <w:szCs w:val="24"/>
        </w:rPr>
      </w:pPr>
      <w:r>
        <w:rPr>
          <w:rFonts w:ascii="Calibri Light" w:hAnsi="Calibri Light" w:cs="Calibri Light"/>
          <w:sz w:val="24"/>
          <w:szCs w:val="24"/>
        </w:rPr>
        <w:t xml:space="preserve">12.7. The results of the races and the overall standings will be published on www.oxigenseries.com, which will be considered </w:t>
      </w:r>
      <w:r w:rsidR="000F21A2" w:rsidRPr="000F21A2">
        <w:rPr>
          <w:rFonts w:ascii="Calibri Light" w:hAnsi="Calibri Light" w:cs="Calibri Light"/>
          <w:sz w:val="24"/>
          <w:szCs w:val="24"/>
        </w:rPr>
        <w:t>the official communication channel for the championship.</w:t>
      </w:r>
    </w:p>
    <w:p w:rsidR="00B8072B" w:rsidRPr="000F21A2" w:rsidRDefault="00B8072B"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13 REGISTRATION</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13.1. The registration fee for each event will be €90 per team. It will be </w:t>
      </w:r>
      <w:r w:rsidR="00087D70">
        <w:rPr>
          <w:rFonts w:ascii="Calibri Light" w:hAnsi="Calibri Light" w:cs="Calibri Light"/>
          <w:sz w:val="24"/>
          <w:szCs w:val="24"/>
        </w:rPr>
        <w:tab/>
      </w:r>
      <w:r w:rsidRPr="000F21A2">
        <w:rPr>
          <w:rFonts w:ascii="Calibri Light" w:hAnsi="Calibri Light" w:cs="Calibri Light"/>
          <w:sz w:val="24"/>
          <w:szCs w:val="24"/>
        </w:rPr>
        <w:t>paid into the bank account of the organizing club.</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13.2. Each event may require pre-registration to secure a place </w:t>
      </w:r>
      <w:r w:rsidR="00087D70">
        <w:rPr>
          <w:rFonts w:ascii="Calibri Light" w:hAnsi="Calibri Light" w:cs="Calibri Light"/>
          <w:sz w:val="24"/>
          <w:szCs w:val="24"/>
        </w:rPr>
        <w:tab/>
      </w:r>
      <w:r w:rsidRPr="000F21A2">
        <w:rPr>
          <w:rFonts w:ascii="Calibri Light" w:hAnsi="Calibri Light" w:cs="Calibri Light"/>
          <w:sz w:val="24"/>
          <w:szCs w:val="24"/>
        </w:rPr>
        <w:t>to participate in the race.</w:t>
      </w:r>
    </w:p>
    <w:p w:rsidR="00087D70" w:rsidRDefault="00087D70" w:rsidP="000F21A2">
      <w:pPr>
        <w:spacing w:line="240" w:lineRule="auto"/>
        <w:rPr>
          <w:rFonts w:ascii="Calibri Light" w:hAnsi="Calibri Light" w:cs="Calibri Light"/>
          <w:sz w:val="24"/>
          <w:szCs w:val="24"/>
        </w:rPr>
      </w:pPr>
    </w:p>
    <w:p w:rsidR="00087D70" w:rsidRDefault="00087D70" w:rsidP="000F21A2">
      <w:pPr>
        <w:spacing w:line="240" w:lineRule="auto"/>
        <w:rPr>
          <w:rFonts w:ascii="Calibri Light" w:hAnsi="Calibri Light" w:cs="Calibri Light"/>
          <w:sz w:val="24"/>
          <w:szCs w:val="24"/>
        </w:rPr>
      </w:pPr>
    </w:p>
    <w:p w:rsidR="00087D70" w:rsidRDefault="00087D70" w:rsidP="00087D70">
      <w:pPr>
        <w:spacing w:line="240" w:lineRule="auto"/>
        <w:jc w:val="center"/>
        <w:rPr>
          <w:rFonts w:ascii="Calibri Light" w:hAnsi="Calibri Light" w:cs="Calibri Light"/>
          <w:b/>
          <w:sz w:val="24"/>
          <w:szCs w:val="24"/>
        </w:rPr>
      </w:pPr>
    </w:p>
    <w:p w:rsidR="00087D70" w:rsidRDefault="00087D70" w:rsidP="00087D70">
      <w:pPr>
        <w:spacing w:line="240" w:lineRule="auto"/>
        <w:jc w:val="center"/>
        <w:rPr>
          <w:rFonts w:ascii="Calibri Light" w:hAnsi="Calibri Light" w:cs="Calibri Light"/>
          <w:b/>
          <w:sz w:val="24"/>
          <w:szCs w:val="24"/>
        </w:rPr>
      </w:pPr>
    </w:p>
    <w:p w:rsidR="00087D70" w:rsidRDefault="00087D70" w:rsidP="00087D70">
      <w:pPr>
        <w:spacing w:line="240" w:lineRule="auto"/>
        <w:jc w:val="center"/>
        <w:rPr>
          <w:rFonts w:ascii="Calibri Light" w:hAnsi="Calibri Light" w:cs="Calibri Light"/>
          <w:b/>
          <w:sz w:val="24"/>
          <w:szCs w:val="24"/>
        </w:rPr>
      </w:pPr>
    </w:p>
    <w:p w:rsidR="00B8072B" w:rsidRPr="00087D70" w:rsidRDefault="00087D70" w:rsidP="00087D70">
      <w:pPr>
        <w:spacing w:line="240" w:lineRule="auto"/>
        <w:jc w:val="center"/>
        <w:rPr>
          <w:rFonts w:ascii="Calibri Light" w:hAnsi="Calibri Light" w:cs="Calibri Light"/>
          <w:b/>
          <w:sz w:val="24"/>
          <w:szCs w:val="24"/>
        </w:rPr>
      </w:pPr>
      <w:r w:rsidRPr="00087D70">
        <w:rPr>
          <w:rFonts w:ascii="Calibri Light" w:hAnsi="Calibri Light" w:cs="Calibri Light"/>
          <w:b/>
          <w:sz w:val="24"/>
          <w:szCs w:val="24"/>
        </w:rPr>
        <w:t xml:space="preserve">TECHNICAL </w:t>
      </w:r>
      <w:r w:rsidR="000F21A2" w:rsidRPr="00087D70">
        <w:rPr>
          <w:rFonts w:ascii="Calibri Light" w:hAnsi="Calibri Light" w:cs="Calibri Light"/>
          <w:b/>
          <w:sz w:val="24"/>
          <w:szCs w:val="24"/>
        </w:rPr>
        <w:t>REGULATIONS 2.11</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 MODEL ADMITTED</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The vehicles approved for this category are the ORECA and ACURA from slot.it.</w:t>
      </w:r>
    </w:p>
    <w:p w:rsidR="00087D70" w:rsidRDefault="00087D70"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2 BODYWORK</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2.1. Any exterior aerodynamic modification to the original bodywork is prohibited. It must comply with the approved models.</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2.2. Filing, sanding, or trimming of the bodywork is not permitted except to remove plastic or paint burrs to facilitate tipping. This should be minimal and clearly defined for this purpose and should not exceed 0.3 mm.</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2.3. Altering any other aerodynamic aspect of the bodywork is prohibited. Air intakes, side skirts, mud flaps, spoilers, and exhausts supplied with the production car must be respected. The spoiler is mandatory and must be installed in its original location, respecting its anchor points. It is permitted to reinforce its attachment to the support using adhesives, contact glue, and/or transparent adhesive tape or tape of the same color as the spoiler. It can also be reinforced with foam, following the shape of the original turret, without excess and without altering its aesthetic appearance from a top-down view. That is, the tape must be placed along the bottom of the spoiler to secure it to the support.</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Flexible parts manufactured specifically for these models of any slot car brand may be mounted on the body.</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If the aileron is lost, a stop must be made for repairs within the next three laps. It must be replaced in its original location, i.e., at its anchor points. The use of adhesive tape is permitted for its attachment, with the exception that in this situation, the tape must not be visible from a bird's-eye view. The tape used for this type of repair must be a single piece and must not exceed 1 cm in width or 3 cm in length.</w:t>
      </w:r>
    </w:p>
    <w:p w:rsidR="00B8072B" w:rsidRPr="000F21A2" w:rsidRDefault="000F21A2" w:rsidP="00087D70">
      <w:pPr>
        <w:spacing w:line="240" w:lineRule="auto"/>
        <w:ind w:left="720"/>
        <w:rPr>
          <w:rFonts w:ascii="Calibri Light" w:hAnsi="Calibri Light" w:cs="Calibri Light"/>
          <w:sz w:val="24"/>
          <w:szCs w:val="24"/>
        </w:rPr>
      </w:pPr>
      <w:r w:rsidRPr="000F21A2">
        <w:rPr>
          <w:rFonts w:ascii="Calibri Light" w:hAnsi="Calibri Light" w:cs="Calibri Light"/>
          <w:sz w:val="24"/>
          <w:szCs w:val="24"/>
        </w:rPr>
        <w:t>2.4. The minimum body weight is 17.0 g (including the passenger compartment) without bolts.</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2.5. Cars must retain all elements and features in the dimensions of the original models. The bodywork must conceal all mechanical components: engine, transmission, cables, and steering, from a vertical view, or through the windows or headlights.</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windshield wipers , and rearview mirrors (if supplied separately) may be removed or added . The original front optics (headlight, dome, and interior support, if present) must be retained, along with the red or orange rear light in its original position.</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2.7. The vehicle 's </w:t>
      </w:r>
      <w:r w:rsidR="00087D70">
        <w:rPr>
          <w:rFonts w:ascii="Calibri Light" w:hAnsi="Calibri Light" w:cs="Calibri Light"/>
          <w:sz w:val="24"/>
          <w:szCs w:val="24"/>
        </w:rPr>
        <w:t xml:space="preserve">base color </w:t>
      </w:r>
      <w:r w:rsidRPr="000F21A2">
        <w:rPr>
          <w:rFonts w:ascii="Calibri Light" w:hAnsi="Calibri Light" w:cs="Calibri Light"/>
          <w:sz w:val="24"/>
          <w:szCs w:val="24"/>
        </w:rPr>
        <w:t xml:space="preserve">can be any color, but the body must be painted. Kit bodies will not be permitted, even if they meet the minimum weight </w:t>
      </w:r>
      <w:proofErr w:type="gramStart"/>
      <w:r w:rsidRPr="000F21A2">
        <w:rPr>
          <w:rFonts w:ascii="Calibri Light" w:hAnsi="Calibri Light" w:cs="Calibri Light"/>
          <w:sz w:val="24"/>
          <w:szCs w:val="24"/>
        </w:rPr>
        <w:t>requirements .</w:t>
      </w:r>
      <w:proofErr w:type="gramEnd"/>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2.8. The cockpit is part of the bodywork for weight purposes. Its function is to separate the body from the chassis in a way that obscures the view of the car's mechanical components. The decoration is optional.</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lastRenderedPageBreak/>
        <w:t>2.8.1. The 3D driver must be visible from the front and side of the car while it's on the track and in the driving position. Painting is not required.</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2.8.2. The use of </w:t>
      </w:r>
      <w:proofErr w:type="spellStart"/>
      <w:r w:rsidRPr="000F21A2">
        <w:rPr>
          <w:rFonts w:ascii="Calibri Light" w:hAnsi="Calibri Light" w:cs="Calibri Light"/>
          <w:sz w:val="24"/>
          <w:szCs w:val="24"/>
        </w:rPr>
        <w:t>Lexan</w:t>
      </w:r>
      <w:proofErr w:type="spellEnd"/>
      <w:r w:rsidRPr="000F21A2">
        <w:rPr>
          <w:rFonts w:ascii="Calibri Light" w:hAnsi="Calibri Light" w:cs="Calibri Light"/>
          <w:sz w:val="24"/>
          <w:szCs w:val="24"/>
        </w:rPr>
        <w:t xml:space="preserve"> cockpits manufactured by any slot car brand is permitted. Homemade cockpits are </w:t>
      </w:r>
      <w:proofErr w:type="gramStart"/>
      <w:r w:rsidRPr="000F21A2">
        <w:rPr>
          <w:rFonts w:ascii="Calibri Light" w:hAnsi="Calibri Light" w:cs="Calibri Light"/>
          <w:sz w:val="24"/>
          <w:szCs w:val="24"/>
        </w:rPr>
        <w:t>prohibited .</w:t>
      </w:r>
      <w:proofErr w:type="gramEnd"/>
    </w:p>
    <w:p w:rsidR="00B8072B" w:rsidRPr="000F21A2" w:rsidRDefault="00087D70" w:rsidP="00087D70">
      <w:pPr>
        <w:spacing w:line="240" w:lineRule="auto"/>
        <w:ind w:left="720" w:firstLine="720"/>
        <w:rPr>
          <w:rFonts w:ascii="Calibri Light" w:hAnsi="Calibri Light" w:cs="Calibri Light"/>
          <w:sz w:val="24"/>
          <w:szCs w:val="24"/>
        </w:rPr>
      </w:pPr>
      <w:r>
        <w:rPr>
          <w:rFonts w:ascii="Calibri Light" w:hAnsi="Calibri Light" w:cs="Calibri Light"/>
          <w:sz w:val="24"/>
          <w:szCs w:val="24"/>
        </w:rPr>
        <w:t xml:space="preserve">2.8.3. It is permissible to flatten the </w:t>
      </w:r>
      <w:proofErr w:type="spellStart"/>
      <w:r>
        <w:rPr>
          <w:rFonts w:ascii="Calibri Light" w:hAnsi="Calibri Light" w:cs="Calibri Light"/>
          <w:sz w:val="24"/>
          <w:szCs w:val="24"/>
        </w:rPr>
        <w:t>Lexan</w:t>
      </w:r>
      <w:proofErr w:type="spellEnd"/>
      <w:r>
        <w:rPr>
          <w:rFonts w:ascii="Calibri Light" w:hAnsi="Calibri Light" w:cs="Calibri Light"/>
          <w:sz w:val="24"/>
          <w:szCs w:val="24"/>
        </w:rPr>
        <w:t xml:space="preserve"> slightly to avoid contact with the chip cylinder </w:t>
      </w:r>
      <w:r w:rsidR="000F21A2" w:rsidRPr="000F21A2">
        <w:rPr>
          <w:rFonts w:ascii="Calibri Light" w:hAnsi="Calibri Light" w:cs="Calibri Light"/>
          <w:sz w:val="24"/>
          <w:szCs w:val="24"/>
        </w:rPr>
        <w:t xml:space="preserve">and facilitate tilting. If this action is exaggerated or a severe deformation of the </w:t>
      </w:r>
      <w:proofErr w:type="spellStart"/>
      <w:r w:rsidR="000F21A2" w:rsidRPr="000F21A2">
        <w:rPr>
          <w:rFonts w:ascii="Calibri Light" w:hAnsi="Calibri Light" w:cs="Calibri Light"/>
          <w:sz w:val="24"/>
          <w:szCs w:val="24"/>
        </w:rPr>
        <w:t>Lexan</w:t>
      </w:r>
      <w:proofErr w:type="spellEnd"/>
      <w:r w:rsidR="000F21A2" w:rsidRPr="000F21A2">
        <w:rPr>
          <w:rFonts w:ascii="Calibri Light" w:hAnsi="Calibri Light" w:cs="Calibri Light"/>
          <w:sz w:val="24"/>
          <w:szCs w:val="24"/>
        </w:rPr>
        <w:t xml:space="preserve"> is observed, it must be returned to its original position or, if this is not possible, completely replaced.</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2.9. The body windows must be the original plastic version of the car.</w:t>
      </w:r>
    </w:p>
    <w:p w:rsidR="00087D70" w:rsidRDefault="00087D70"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3 CHASSIS</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3.1. Only the slot.it chassis (including 3D) specifically manufactured for the ORECA and ACURA model is permitted, without any modifications except those described below:</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3.1.1. A minimum lowering of the chassis on the outer perimeter in contact with the body once assembled, for proper tilting of the latter.</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3.1.2. A minimum lowering of the chassis around the engine mount anchor perimeter.</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3.1.3. Adjust the body to the chassis by heating the sides with a hairdryer. Do not overheat.</w:t>
      </w:r>
    </w:p>
    <w:p w:rsidR="00B8072B" w:rsidRPr="000F21A2" w:rsidRDefault="000F21A2" w:rsidP="00087D70">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3.1.4. The chip will be located in the space provided for it in the chassis.</w:t>
      </w:r>
    </w:p>
    <w:p w:rsidR="00B8072B" w:rsidRPr="000F21A2" w:rsidRDefault="000F21A2" w:rsidP="00087D70">
      <w:pPr>
        <w:spacing w:line="240" w:lineRule="auto"/>
        <w:ind w:firstLine="720"/>
        <w:rPr>
          <w:rFonts w:ascii="Calibri Light" w:hAnsi="Calibri Light" w:cs="Calibri Light"/>
          <w:sz w:val="24"/>
          <w:szCs w:val="24"/>
        </w:rPr>
      </w:pPr>
      <w:proofErr w:type="gramStart"/>
      <w:r w:rsidRPr="000F21A2">
        <w:rPr>
          <w:rFonts w:ascii="Calibri Light" w:hAnsi="Calibri Light" w:cs="Calibri Light"/>
          <w:sz w:val="24"/>
          <w:szCs w:val="24"/>
        </w:rPr>
        <w:t>3.2 .</w:t>
      </w:r>
      <w:proofErr w:type="gramEnd"/>
      <w:r w:rsidRPr="000F21A2">
        <w:rPr>
          <w:rFonts w:ascii="Calibri Light" w:hAnsi="Calibri Light" w:cs="Calibri Light"/>
          <w:sz w:val="24"/>
          <w:szCs w:val="24"/>
        </w:rPr>
        <w:t xml:space="preserve"> Any possible modification to solve a tilting problem not covered in point 3.1 must be previously consulted with the organization, which will authorize it or not and, where appropriate, will record it in these regulations or in a dedicated annex.</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3.3 .Motor position: Angled.</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3.4. Bench: SLOT.IT SICH74 - SICH119B</w:t>
      </w:r>
    </w:p>
    <w:p w:rsidR="00B8072B" w:rsidRPr="000F21A2" w:rsidRDefault="000F21A2" w:rsidP="00087D70">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3.5. Magnets: Prohibited except those of the motor itself.</w:t>
      </w:r>
    </w:p>
    <w:p w:rsidR="00B8072B" w:rsidRPr="000F21A2" w:rsidRDefault="000F21A2" w:rsidP="00087D70">
      <w:pPr>
        <w:spacing w:line="240" w:lineRule="auto"/>
        <w:ind w:firstLine="720"/>
        <w:rPr>
          <w:rFonts w:ascii="Calibri Light" w:hAnsi="Calibri Light" w:cs="Calibri Light"/>
          <w:sz w:val="24"/>
          <w:szCs w:val="24"/>
        </w:rPr>
      </w:pPr>
      <w:proofErr w:type="gramStart"/>
      <w:r w:rsidRPr="000F21A2">
        <w:rPr>
          <w:rFonts w:ascii="Calibri Light" w:hAnsi="Calibri Light" w:cs="Calibri Light"/>
          <w:sz w:val="24"/>
          <w:szCs w:val="24"/>
        </w:rPr>
        <w:t>3.6 .</w:t>
      </w:r>
      <w:proofErr w:type="gramEnd"/>
      <w:r w:rsidRPr="000F21A2">
        <w:rPr>
          <w:rFonts w:ascii="Calibri Light" w:hAnsi="Calibri Light" w:cs="Calibri Light"/>
          <w:sz w:val="24"/>
          <w:szCs w:val="24"/>
        </w:rPr>
        <w:t xml:space="preserve"> Ballast is not permitted. If the bodywork does not reach the minimum weight, it will be ballasted with lead between the cockpit and the front pin until the minimum weight is reached. If this circumstance occurs, the ballast must have the equipment ID number registered on it.</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3.7. Guide support: The original </w:t>
      </w:r>
      <w:proofErr w:type="gramStart"/>
      <w:r w:rsidRPr="000F21A2">
        <w:rPr>
          <w:rFonts w:ascii="Calibri Light" w:hAnsi="Calibri Light" w:cs="Calibri Light"/>
          <w:sz w:val="24"/>
          <w:szCs w:val="24"/>
        </w:rPr>
        <w:t>chassis ,</w:t>
      </w:r>
      <w:proofErr w:type="gramEnd"/>
      <w:r w:rsidRPr="000F21A2">
        <w:rPr>
          <w:rFonts w:ascii="Calibri Light" w:hAnsi="Calibri Light" w:cs="Calibri Light"/>
          <w:sz w:val="24"/>
          <w:szCs w:val="24"/>
        </w:rPr>
        <w:t xml:space="preserve"> the diameter of the hole to install the guide can be modified without excess.</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lastRenderedPageBreak/>
        <w:t>3.8. Axle support: The original chassis without any modification.</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3.9. Body support: Using the system supplied as standard without modification, if screws are used these can be replaced by others within any commercial brand in the sector, regardless of the material.</w:t>
      </w:r>
    </w:p>
    <w:p w:rsidR="005D7D7E" w:rsidRDefault="005D7D7E" w:rsidP="005D7D7E">
      <w:pPr>
        <w:spacing w:line="240" w:lineRule="auto"/>
        <w:rPr>
          <w:rFonts w:ascii="Calibri Light" w:hAnsi="Calibri Light" w:cs="Calibri Light"/>
          <w:sz w:val="24"/>
          <w:szCs w:val="24"/>
        </w:rPr>
      </w:pPr>
    </w:p>
    <w:p w:rsidR="00B8072B" w:rsidRPr="000F21A2" w:rsidRDefault="000F21A2" w:rsidP="005D7D7E">
      <w:pPr>
        <w:spacing w:line="240" w:lineRule="auto"/>
        <w:rPr>
          <w:rFonts w:ascii="Calibri Light" w:hAnsi="Calibri Light" w:cs="Calibri Light"/>
          <w:sz w:val="24"/>
          <w:szCs w:val="24"/>
        </w:rPr>
      </w:pPr>
      <w:r w:rsidRPr="000F21A2">
        <w:rPr>
          <w:rFonts w:ascii="Calibri Light" w:hAnsi="Calibri Light" w:cs="Calibri Light"/>
          <w:sz w:val="24"/>
          <w:szCs w:val="24"/>
        </w:rPr>
        <w:t>4 SUSPENSIONS</w:t>
      </w:r>
    </w:p>
    <w:p w:rsidR="00B8072B" w:rsidRPr="000F21A2" w:rsidRDefault="005D7D7E" w:rsidP="000F21A2">
      <w:pPr>
        <w:spacing w:line="240" w:lineRule="auto"/>
        <w:rPr>
          <w:rFonts w:ascii="Calibri Light" w:hAnsi="Calibri Light" w:cs="Calibri Light"/>
          <w:sz w:val="24"/>
          <w:szCs w:val="24"/>
        </w:rPr>
      </w:pPr>
      <w:r>
        <w:rPr>
          <w:rFonts w:ascii="Calibri Light" w:hAnsi="Calibri Light" w:cs="Calibri Light"/>
          <w:sz w:val="24"/>
          <w:szCs w:val="24"/>
        </w:rPr>
        <w:t xml:space="preserve"> </w:t>
      </w:r>
      <w:r>
        <w:rPr>
          <w:rFonts w:ascii="Calibri Light" w:hAnsi="Calibri Light" w:cs="Calibri Light"/>
          <w:sz w:val="24"/>
          <w:szCs w:val="24"/>
        </w:rPr>
        <w:tab/>
      </w:r>
      <w:r w:rsidR="000F21A2" w:rsidRPr="000F21A2">
        <w:rPr>
          <w:rFonts w:ascii="Calibri Light" w:hAnsi="Calibri Light" w:cs="Calibri Light"/>
          <w:sz w:val="24"/>
          <w:szCs w:val="24"/>
        </w:rPr>
        <w:t xml:space="preserve">4.1. The use of suspensions, mounted in the location provided </w:t>
      </w:r>
      <w:r>
        <w:rPr>
          <w:rFonts w:ascii="Calibri Light" w:hAnsi="Calibri Light" w:cs="Calibri Light"/>
          <w:sz w:val="24"/>
          <w:szCs w:val="24"/>
        </w:rPr>
        <w:tab/>
      </w:r>
      <w:r w:rsidR="000F21A2" w:rsidRPr="000F21A2">
        <w:rPr>
          <w:rFonts w:ascii="Calibri Light" w:hAnsi="Calibri Light" w:cs="Calibri Light"/>
          <w:sz w:val="24"/>
          <w:szCs w:val="24"/>
        </w:rPr>
        <w:t>by the manufacturer, is permitted.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4.2. Suspensions: Free choice of brand and brand. Interchanging magnetic suspension parts with spring suspension is prohibited.</w:t>
      </w:r>
    </w:p>
    <w:p w:rsidR="005D7D7E" w:rsidRDefault="005D7D7E"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5 TRANSMISSION</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a pinion and crown gear . Rear-wheel drive.</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5.2. </w:t>
      </w:r>
      <w:proofErr w:type="gramStart"/>
      <w:r w:rsidRPr="000F21A2">
        <w:rPr>
          <w:rFonts w:ascii="Calibri Light" w:hAnsi="Calibri Light" w:cs="Calibri Light"/>
          <w:sz w:val="24"/>
          <w:szCs w:val="24"/>
        </w:rPr>
        <w:t>Pinion :</w:t>
      </w:r>
      <w:proofErr w:type="gramEnd"/>
      <w:r w:rsidRPr="000F21A2">
        <w:rPr>
          <w:rFonts w:ascii="Calibri Light" w:hAnsi="Calibri Light" w:cs="Calibri Light"/>
          <w:sz w:val="24"/>
          <w:szCs w:val="24"/>
        </w:rPr>
        <w:t xml:space="preserve"> 13z of any slot brand, must directly impact (attack) the rear axle crown. It can be welded to the motor shaft.</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5.3. Crown: 29z. </w:t>
      </w:r>
      <w:proofErr w:type="gramStart"/>
      <w:r w:rsidRPr="000F21A2">
        <w:rPr>
          <w:rFonts w:ascii="Calibri Light" w:hAnsi="Calibri Light" w:cs="Calibri Light"/>
          <w:sz w:val="24"/>
          <w:szCs w:val="24"/>
        </w:rPr>
        <w:t>of</w:t>
      </w:r>
      <w:proofErr w:type="gramEnd"/>
      <w:r w:rsidRPr="000F21A2">
        <w:rPr>
          <w:rFonts w:ascii="Calibri Light" w:hAnsi="Calibri Light" w:cs="Calibri Light"/>
          <w:sz w:val="24"/>
          <w:szCs w:val="24"/>
        </w:rPr>
        <w:t xml:space="preserve"> any slot brand.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5.4. Braking systems: Only engine-generated braking is permitted. Any additional braking is prohibited.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5.5. Axles: Free of material, hollow axles allowed, freely chosen brand, without any modification (</w:t>
      </w:r>
      <w:proofErr w:type="gramStart"/>
      <w:r w:rsidRPr="000F21A2">
        <w:rPr>
          <w:rFonts w:ascii="Calibri Light" w:hAnsi="Calibri Light" w:cs="Calibri Light"/>
          <w:sz w:val="24"/>
          <w:szCs w:val="24"/>
        </w:rPr>
        <w:t>length ,</w:t>
      </w:r>
      <w:proofErr w:type="gramEnd"/>
      <w:r w:rsidRPr="000F21A2">
        <w:rPr>
          <w:rFonts w:ascii="Calibri Light" w:hAnsi="Calibri Light" w:cs="Calibri Light"/>
          <w:sz w:val="24"/>
          <w:szCs w:val="24"/>
        </w:rPr>
        <w:t xml:space="preserve"> cuts or diameter).</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5.5.1. Under no circumstances may the axles, with rims and tires mounted, protrude from the wheel arch when the vehicle is viewed from above.</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of the front axle can be adjusted using the following options:</w:t>
      </w:r>
    </w:p>
    <w:p w:rsidR="00B8072B" w:rsidRPr="000F21A2" w:rsidRDefault="000F21A2" w:rsidP="005D7D7E">
      <w:pPr>
        <w:spacing w:line="240" w:lineRule="auto"/>
        <w:ind w:left="1440" w:firstLine="720"/>
        <w:rPr>
          <w:rFonts w:ascii="Calibri Light" w:hAnsi="Calibri Light" w:cs="Calibri Light"/>
          <w:sz w:val="24"/>
          <w:szCs w:val="24"/>
        </w:rPr>
      </w:pPr>
      <w:r w:rsidRPr="000F21A2">
        <w:rPr>
          <w:rFonts w:ascii="Calibri Light" w:hAnsi="Calibri Light" w:cs="Calibri Light"/>
          <w:sz w:val="24"/>
          <w:szCs w:val="24"/>
        </w:rPr>
        <w:t xml:space="preserve">- With the </w:t>
      </w:r>
      <w:proofErr w:type="spellStart"/>
      <w:r w:rsidRPr="000F21A2">
        <w:rPr>
          <w:rFonts w:ascii="Calibri Light" w:hAnsi="Calibri Light" w:cs="Calibri Light"/>
          <w:sz w:val="24"/>
          <w:szCs w:val="24"/>
        </w:rPr>
        <w:t>allen</w:t>
      </w:r>
      <w:proofErr w:type="spellEnd"/>
      <w:r w:rsidRPr="000F21A2">
        <w:rPr>
          <w:rFonts w:ascii="Calibri Light" w:hAnsi="Calibri Light" w:cs="Calibri Light"/>
          <w:sz w:val="24"/>
          <w:szCs w:val="24"/>
        </w:rPr>
        <w:t xml:space="preserve"> screw(s</w:t>
      </w:r>
      <w:proofErr w:type="gramStart"/>
      <w:r w:rsidRPr="000F21A2">
        <w:rPr>
          <w:rFonts w:ascii="Calibri Light" w:hAnsi="Calibri Light" w:cs="Calibri Light"/>
          <w:sz w:val="24"/>
          <w:szCs w:val="24"/>
        </w:rPr>
        <w:t>) ,</w:t>
      </w:r>
      <w:proofErr w:type="gramEnd"/>
      <w:r w:rsidRPr="000F21A2">
        <w:rPr>
          <w:rFonts w:ascii="Calibri Light" w:hAnsi="Calibri Light" w:cs="Calibri Light"/>
          <w:sz w:val="24"/>
          <w:szCs w:val="24"/>
        </w:rPr>
        <w:t xml:space="preserve"> in the holes provided for this purpose.</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5.6. Bearings: Any bearings supplied by any commercial slot car brand. Modification of the </w:t>
      </w:r>
      <w:proofErr w:type="gramStart"/>
      <w:r w:rsidRPr="000F21A2">
        <w:rPr>
          <w:rFonts w:ascii="Calibri Light" w:hAnsi="Calibri Light" w:cs="Calibri Light"/>
          <w:sz w:val="24"/>
          <w:szCs w:val="24"/>
        </w:rPr>
        <w:t>bearing 's</w:t>
      </w:r>
      <w:proofErr w:type="gramEnd"/>
      <w:r w:rsidRPr="000F21A2">
        <w:rPr>
          <w:rFonts w:ascii="Calibri Light" w:hAnsi="Calibri Light" w:cs="Calibri Light"/>
          <w:sz w:val="24"/>
          <w:szCs w:val="24"/>
        </w:rPr>
        <w:t xml:space="preserve"> outer profile is not permitted . The bearings can be glued to the main frame. Ball bearings are permitted.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5.7. Spacers/centering devices: The use of two washers and two centering devices or stoppers on the rear axle is permitted , provided that they are not clearly intended to ballast the vehicle and only when they merely serve the purpose of eliminating clearances.</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lastRenderedPageBreak/>
        <w:t xml:space="preserve">On the front axle, two spacers will always be placed next to the wheels and on the outside of the anchors, and always with the clear function </w:t>
      </w:r>
      <w:r w:rsidR="005D7D7E">
        <w:rPr>
          <w:rFonts w:ascii="Calibri Light" w:hAnsi="Calibri Light" w:cs="Calibri Light"/>
          <w:sz w:val="24"/>
          <w:szCs w:val="24"/>
        </w:rPr>
        <w:t>of eliminating play and not clearly to weigh down the vehicle.</w:t>
      </w:r>
    </w:p>
    <w:p w:rsidR="005D7D7E" w:rsidRDefault="005D7D7E"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6 WHEELS</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6.1. They must be composed of a rim and tire.</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6.2. The rims must be identical in dimensions and design on both sides of the body.</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6.2.1. The front wheels may be different from the rear wheels, with a minimum diameter of 15.8 </w:t>
      </w:r>
      <w:proofErr w:type="gramStart"/>
      <w:r w:rsidRPr="000F21A2">
        <w:rPr>
          <w:rFonts w:ascii="Calibri Light" w:hAnsi="Calibri Light" w:cs="Calibri Light"/>
          <w:sz w:val="24"/>
          <w:szCs w:val="24"/>
        </w:rPr>
        <w:t>mm ,</w:t>
      </w:r>
      <w:proofErr w:type="gramEnd"/>
      <w:r w:rsidRPr="000F21A2">
        <w:rPr>
          <w:rFonts w:ascii="Calibri Light" w:hAnsi="Calibri Light" w:cs="Calibri Light"/>
          <w:sz w:val="24"/>
          <w:szCs w:val="24"/>
        </w:rPr>
        <w:t xml:space="preserve"> and may be of any brand. The front wheels must rotate in unison. They do not have to touch a flat surface.</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6.2.2. Rear wheels must have a mandatory diameter of 17.3 mm, regardless of the brand of slot car.</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6.3. The tire will be delivered by the organization.</w:t>
      </w:r>
    </w:p>
    <w:p w:rsidR="005D7D7E" w:rsidRDefault="005D7D7E"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BRAND: SCALEAUTO</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 xml:space="preserve">MODEL: SC4761AS25 19.5x10.5mm </w:t>
      </w:r>
      <w:proofErr w:type="gramStart"/>
      <w:r w:rsidRPr="000F21A2">
        <w:rPr>
          <w:rFonts w:ascii="Calibri Light" w:hAnsi="Calibri Light" w:cs="Calibri Light"/>
          <w:sz w:val="24"/>
          <w:szCs w:val="24"/>
        </w:rPr>
        <w:t>( 3</w:t>
      </w:r>
      <w:proofErr w:type="gramEnd"/>
      <w:r w:rsidRPr="000F21A2">
        <w:rPr>
          <w:rFonts w:ascii="Calibri Light" w:hAnsi="Calibri Light" w:cs="Calibri Light"/>
          <w:sz w:val="24"/>
          <w:szCs w:val="24"/>
        </w:rPr>
        <w:t xml:space="preserve"> sets)</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6.3.1. Teams are required to perform at least one tire change. Failure to comply with this rule will result in disqualification. Tire changes may be made at any time except </w:t>
      </w:r>
      <w:r w:rsidR="005D7D7E">
        <w:rPr>
          <w:rFonts w:ascii="Calibri Light" w:hAnsi="Calibri Light" w:cs="Calibri Light"/>
          <w:sz w:val="24"/>
          <w:szCs w:val="24"/>
        </w:rPr>
        <w:t xml:space="preserve">during the last five minutes. If </w:t>
      </w:r>
      <w:r w:rsidRPr="000F21A2">
        <w:rPr>
          <w:rFonts w:ascii="Calibri Light" w:hAnsi="Calibri Light" w:cs="Calibri Light"/>
          <w:sz w:val="24"/>
          <w:szCs w:val="24"/>
        </w:rPr>
        <w:t>a team changes a tire in the last five minutes, they will be penalized with disqualification.</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 xml:space="preserve">The use of specific tools to speed up tire changes, such as those manufactured by </w:t>
      </w:r>
      <w:proofErr w:type="spellStart"/>
      <w:r w:rsidRPr="000F21A2">
        <w:rPr>
          <w:rFonts w:ascii="Calibri Light" w:hAnsi="Calibri Light" w:cs="Calibri Light"/>
          <w:sz w:val="24"/>
          <w:szCs w:val="24"/>
        </w:rPr>
        <w:t>Scaleauto</w:t>
      </w:r>
      <w:proofErr w:type="spellEnd"/>
      <w:r w:rsidRPr="000F21A2">
        <w:rPr>
          <w:rFonts w:ascii="Calibri Light" w:hAnsi="Calibri Light" w:cs="Calibri Light"/>
          <w:sz w:val="24"/>
          <w:szCs w:val="24"/>
        </w:rPr>
        <w:t>, is prohibited.</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6.3.2. Only 3 pairs of tires will be issued per team (6.3), and they cannot be exchanged once used. If a team breaks a tire because it spins and the crown damages it, they may NOT request a replacement. They will have to finish the race with the remaining 2.5 pairs, making any changes they deem necessary.</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6.4. In addition to its original mounting, the rim may be reinforced at its hub with glue without excess, but it may not be modified in any way.</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6.5. Complete wheels mounted on the axle may not protrude beyond the projection of the body when viewed from a zenithal position. </w:t>
      </w:r>
      <w:proofErr w:type="gramStart"/>
      <w:r w:rsidRPr="000F21A2">
        <w:rPr>
          <w:rFonts w:ascii="Calibri Light" w:hAnsi="Calibri Light" w:cs="Calibri Light"/>
          <w:sz w:val="24"/>
          <w:szCs w:val="24"/>
        </w:rPr>
        <w:t>(Viewed from above).</w:t>
      </w:r>
      <w:proofErr w:type="gramEnd"/>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flat- bottomed rims, the presence of hubcaps made of rigid plastic, resin or metal is mandatory.</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lastRenderedPageBreak/>
        <w:t>6.7. Tire cleaning is permitted exclusively with the organization's alcohol, which will be found on the pit table, where ONLY tire cleaning may be done.</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6.8. It is prohibited to glue the tires to the rim.</w:t>
      </w:r>
    </w:p>
    <w:p w:rsidR="005D7D7E" w:rsidRDefault="005D7D7E"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7 GUIDE, CABLES AND BRAID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7.1. Cables: Free choice and brand.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7.2. Guide: From slot.it. Located in the original position prepared for it </w:t>
      </w:r>
      <w:r w:rsidR="005D7D7E">
        <w:rPr>
          <w:rFonts w:ascii="Calibri Light" w:hAnsi="Calibri Light" w:cs="Calibri Light"/>
          <w:sz w:val="24"/>
          <w:szCs w:val="24"/>
        </w:rPr>
        <w:t xml:space="preserve">on the chassis, the diameter of the chassis hole can be modified. </w:t>
      </w:r>
      <w:r w:rsidRPr="000F21A2">
        <w:rPr>
          <w:rFonts w:ascii="Calibri Light" w:hAnsi="Calibri Light" w:cs="Calibri Light"/>
          <w:sz w:val="24"/>
          <w:szCs w:val="24"/>
        </w:rPr>
        <w:t>The blade can be filed.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7.3. Braids: Free choice from those supplied by any commercial brand.</w:t>
      </w:r>
    </w:p>
    <w:p w:rsidR="00B8072B" w:rsidRPr="000F21A2" w:rsidRDefault="00B8072B"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8 ENGINE</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8.1. The engine will be delivered by the organization.</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MANUFACTURER: SLOT.IT</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MODEL: SIMN13H 22,500rpm flat6-s engine long box</w:t>
      </w:r>
    </w:p>
    <w:p w:rsidR="00B8072B" w:rsidRPr="000F21A2" w:rsidRDefault="000F21A2" w:rsidP="005D7D7E">
      <w:pPr>
        <w:spacing w:line="240" w:lineRule="auto"/>
        <w:ind w:firstLine="720"/>
        <w:rPr>
          <w:rFonts w:ascii="Calibri Light" w:hAnsi="Calibri Light" w:cs="Calibri Light"/>
          <w:sz w:val="24"/>
          <w:szCs w:val="24"/>
        </w:rPr>
      </w:pPr>
      <w:proofErr w:type="gramStart"/>
      <w:r w:rsidRPr="000F21A2">
        <w:rPr>
          <w:rFonts w:ascii="Calibri Light" w:hAnsi="Calibri Light" w:cs="Calibri Light"/>
          <w:sz w:val="24"/>
          <w:szCs w:val="24"/>
        </w:rPr>
        <w:t>8.2 .</w:t>
      </w:r>
      <w:proofErr w:type="gramEnd"/>
      <w:r w:rsidRPr="000F21A2">
        <w:rPr>
          <w:rFonts w:ascii="Calibri Light" w:hAnsi="Calibri Light" w:cs="Calibri Light"/>
          <w:sz w:val="24"/>
          <w:szCs w:val="24"/>
        </w:rPr>
        <w:t xml:space="preserve"> It will be of strict series without any modification, respecting without modification the components that are originally supplied in each motor: Box, Armature, Head, Springs, Carbon support, clips, </w:t>
      </w:r>
      <w:r w:rsidR="005D7D7E">
        <w:rPr>
          <w:rFonts w:ascii="Calibri Light" w:hAnsi="Calibri Light" w:cs="Calibri Light"/>
          <w:sz w:val="24"/>
          <w:szCs w:val="24"/>
        </w:rPr>
        <w:t>magnets, carbons, screws and bearings.</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8.3. It must be sealed, and any sign of tampering will result in disqualification. Removing the label is prohibited.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No electrical, mechanical or electronic element may be added or manipulated that alters the performance of the engine.</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use of original magnetic field enhancers is prohibited .</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8.6. The engine will be mounted with the window facing down. It can be secured to the frame using the original mounting system or with glue and/or </w:t>
      </w:r>
      <w:proofErr w:type="gramStart"/>
      <w:r w:rsidRPr="000F21A2">
        <w:rPr>
          <w:rFonts w:ascii="Calibri Light" w:hAnsi="Calibri Light" w:cs="Calibri Light"/>
          <w:sz w:val="24"/>
          <w:szCs w:val="24"/>
        </w:rPr>
        <w:t>tape ,</w:t>
      </w:r>
      <w:proofErr w:type="gramEnd"/>
      <w:r w:rsidRPr="000F21A2">
        <w:rPr>
          <w:rFonts w:ascii="Calibri Light" w:hAnsi="Calibri Light" w:cs="Calibri Light"/>
          <w:sz w:val="24"/>
          <w:szCs w:val="24"/>
        </w:rPr>
        <w:t xml:space="preserve"> but without excess adhesive, although the tape must also secure the engine mount.</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8.7. The engine must be returned to the organization once the race is over.</w:t>
      </w:r>
    </w:p>
    <w:p w:rsidR="005D7D7E" w:rsidRDefault="005D7D7E"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9 WEIGHTS AND MEASURES</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An increase in body weight due to decoration is permitted .</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lastRenderedPageBreak/>
        <w:t xml:space="preserve">9.2. The minimum weight of the body is 17.0 </w:t>
      </w:r>
      <w:proofErr w:type="spellStart"/>
      <w:proofErr w:type="gramStart"/>
      <w:r w:rsidRPr="000F21A2">
        <w:rPr>
          <w:rFonts w:ascii="Calibri Light" w:hAnsi="Calibri Light" w:cs="Calibri Light"/>
          <w:sz w:val="24"/>
          <w:szCs w:val="24"/>
        </w:rPr>
        <w:t>gr</w:t>
      </w:r>
      <w:proofErr w:type="spellEnd"/>
      <w:r w:rsidRPr="000F21A2">
        <w:rPr>
          <w:rFonts w:ascii="Calibri Light" w:hAnsi="Calibri Light" w:cs="Calibri Light"/>
          <w:sz w:val="24"/>
          <w:szCs w:val="24"/>
        </w:rPr>
        <w:t xml:space="preserve"> .</w:t>
      </w:r>
      <w:proofErr w:type="gramEnd"/>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9.3. If a car scratches the track due to a lack of tires, the race directors may require a tire change if shorts occur on the track.</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9.4. The front wheels are not required to touch the check plate.</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9.5. Throughout the race, all measurements may be verified by the Race Director at any time, at the request or request of any driver, or at the decision of the Race Director. If any measurements are found to be incorrect, the team must pit to correct the error.</w:t>
      </w:r>
    </w:p>
    <w:p w:rsidR="005D7D7E" w:rsidRDefault="005D7D7E"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NEW REGULATIONS 2025 SPORTS REGULATIONS</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1.5.2 The organizers will announce when drivers must be changed, allowing them 3 minutes to do so. Failure to do so within the allotted time will result in a </w:t>
      </w:r>
      <w:r w:rsidR="005D7D7E">
        <w:rPr>
          <w:rFonts w:ascii="Calibri Light" w:hAnsi="Calibri Light" w:cs="Calibri Light"/>
          <w:sz w:val="24"/>
          <w:szCs w:val="24"/>
        </w:rPr>
        <w:t>stop-go.</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11.3. Tiebreaker in case of a tie on points:</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1st Highest number of races contested.</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2nd Best result in a test. If the tie continues, second best result in a test and so on.</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 xml:space="preserve">3rd Greatest distance traveled. Multiply the laps traveled by the </w:t>
      </w:r>
      <w:proofErr w:type="gramStart"/>
      <w:r w:rsidRPr="000F21A2">
        <w:rPr>
          <w:rFonts w:ascii="Calibri Light" w:hAnsi="Calibri Light" w:cs="Calibri Light"/>
          <w:sz w:val="24"/>
          <w:szCs w:val="24"/>
        </w:rPr>
        <w:t>circuit .</w:t>
      </w:r>
      <w:proofErr w:type="gramEnd"/>
      <w:r w:rsidRPr="000F21A2">
        <w:rPr>
          <w:rFonts w:ascii="Calibri Light" w:hAnsi="Calibri Light" w:cs="Calibri Light"/>
          <w:sz w:val="24"/>
          <w:szCs w:val="24"/>
        </w:rPr>
        <w:t xml:space="preserve"> The sum of the distance traveled in the contested events is the value that will be taken into account for the tiebreaker.</w:t>
      </w: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4th If the tie continues, they will remain in the same position.</w:t>
      </w:r>
    </w:p>
    <w:p w:rsidR="005D7D7E" w:rsidRDefault="005D7D7E" w:rsidP="000F21A2">
      <w:pPr>
        <w:spacing w:line="240" w:lineRule="auto"/>
        <w:rPr>
          <w:rFonts w:ascii="Calibri Light" w:hAnsi="Calibri Light" w:cs="Calibri Light"/>
          <w:sz w:val="24"/>
          <w:szCs w:val="24"/>
        </w:rPr>
      </w:pPr>
    </w:p>
    <w:p w:rsidR="00B8072B" w:rsidRPr="000F21A2" w:rsidRDefault="000F21A2" w:rsidP="000F21A2">
      <w:pPr>
        <w:spacing w:line="240" w:lineRule="auto"/>
        <w:rPr>
          <w:rFonts w:ascii="Calibri Light" w:hAnsi="Calibri Light" w:cs="Calibri Light"/>
          <w:sz w:val="24"/>
          <w:szCs w:val="24"/>
        </w:rPr>
      </w:pPr>
      <w:r w:rsidRPr="000F21A2">
        <w:rPr>
          <w:rFonts w:ascii="Calibri Light" w:hAnsi="Calibri Light" w:cs="Calibri Light"/>
          <w:sz w:val="24"/>
          <w:szCs w:val="24"/>
        </w:rPr>
        <w:t>TECHNICAL REGULATIONS</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2.1. Flexible parts manufactured specifically for these slot car models of any brand may be mounted on the body.</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3.1. Only the slot.it chassis (including 3D) specifically manufactured for the ORECA and ACURA model is permitted, without any modifications except those described below:</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3.4. Bench: SLOT.IT SICH74 - SICH119B</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5.2. </w:t>
      </w:r>
      <w:proofErr w:type="gramStart"/>
      <w:r w:rsidRPr="000F21A2">
        <w:rPr>
          <w:rFonts w:ascii="Calibri Light" w:hAnsi="Calibri Light" w:cs="Calibri Light"/>
          <w:sz w:val="24"/>
          <w:szCs w:val="24"/>
        </w:rPr>
        <w:t>Pinion :</w:t>
      </w:r>
      <w:proofErr w:type="gramEnd"/>
      <w:r w:rsidRPr="000F21A2">
        <w:rPr>
          <w:rFonts w:ascii="Calibri Light" w:hAnsi="Calibri Light" w:cs="Calibri Light"/>
          <w:sz w:val="24"/>
          <w:szCs w:val="24"/>
        </w:rPr>
        <w:t xml:space="preserve"> 13z of any slot brand, must directly impact (attack) the rear axle crown. It can be welded to the motor shaft.</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5.3. Crown: 29z. </w:t>
      </w:r>
      <w:proofErr w:type="gramStart"/>
      <w:r w:rsidRPr="000F21A2">
        <w:rPr>
          <w:rFonts w:ascii="Calibri Light" w:hAnsi="Calibri Light" w:cs="Calibri Light"/>
          <w:sz w:val="24"/>
          <w:szCs w:val="24"/>
        </w:rPr>
        <w:t>of</w:t>
      </w:r>
      <w:proofErr w:type="gramEnd"/>
      <w:r w:rsidRPr="000F21A2">
        <w:rPr>
          <w:rFonts w:ascii="Calibri Light" w:hAnsi="Calibri Light" w:cs="Calibri Light"/>
          <w:sz w:val="24"/>
          <w:szCs w:val="24"/>
        </w:rPr>
        <w:t xml:space="preserve"> any slot brand.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5.5. Axles: Free of material, hollow axles allowed, freely chosen brand, without any modification (</w:t>
      </w:r>
      <w:proofErr w:type="gramStart"/>
      <w:r w:rsidRPr="000F21A2">
        <w:rPr>
          <w:rFonts w:ascii="Calibri Light" w:hAnsi="Calibri Light" w:cs="Calibri Light"/>
          <w:sz w:val="24"/>
          <w:szCs w:val="24"/>
        </w:rPr>
        <w:t>length ,</w:t>
      </w:r>
      <w:proofErr w:type="gramEnd"/>
      <w:r w:rsidRPr="000F21A2">
        <w:rPr>
          <w:rFonts w:ascii="Calibri Light" w:hAnsi="Calibri Light" w:cs="Calibri Light"/>
          <w:sz w:val="24"/>
          <w:szCs w:val="24"/>
        </w:rPr>
        <w:t xml:space="preserve"> cuts or diameter).</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lastRenderedPageBreak/>
        <w:t xml:space="preserve">5.6. Bearings: Any type supplied by any commercial slot car brand. Modification of the bearing's outer profile is not permitted. </w:t>
      </w:r>
      <w:r w:rsidR="005D7D7E">
        <w:rPr>
          <w:rFonts w:ascii="Calibri Light" w:hAnsi="Calibri Light" w:cs="Calibri Light"/>
          <w:sz w:val="24"/>
          <w:szCs w:val="24"/>
        </w:rPr>
        <w:tab/>
      </w:r>
      <w:r w:rsidRPr="000F21A2">
        <w:rPr>
          <w:rFonts w:ascii="Calibri Light" w:hAnsi="Calibri Light" w:cs="Calibri Light"/>
          <w:sz w:val="24"/>
          <w:szCs w:val="24"/>
        </w:rPr>
        <w:t>Bearings may be glued to the main frame. Ball bearings are permitted.</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 xml:space="preserve">6.2.1. The front wheels may be different from the rear wheels, with a minimum diameter of 15.8 </w:t>
      </w:r>
      <w:proofErr w:type="gramStart"/>
      <w:r w:rsidRPr="000F21A2">
        <w:rPr>
          <w:rFonts w:ascii="Calibri Light" w:hAnsi="Calibri Light" w:cs="Calibri Light"/>
          <w:sz w:val="24"/>
          <w:szCs w:val="24"/>
        </w:rPr>
        <w:t>mm ,</w:t>
      </w:r>
      <w:proofErr w:type="gramEnd"/>
      <w:r w:rsidRPr="000F21A2">
        <w:rPr>
          <w:rFonts w:ascii="Calibri Light" w:hAnsi="Calibri Light" w:cs="Calibri Light"/>
          <w:sz w:val="24"/>
          <w:szCs w:val="24"/>
        </w:rPr>
        <w:t xml:space="preserve"> and may be of any brand. The front wheels must rotate in unison. They do not have to touch a flat surface.</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6.3. The tire will be delivered by the organization.</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BRAND: SCALEAUTO</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 xml:space="preserve">MODEL: SC4761AS25 19.5x10.5mm </w:t>
      </w:r>
      <w:proofErr w:type="gramStart"/>
      <w:r w:rsidRPr="000F21A2">
        <w:rPr>
          <w:rFonts w:ascii="Calibri Light" w:hAnsi="Calibri Light" w:cs="Calibri Light"/>
          <w:sz w:val="24"/>
          <w:szCs w:val="24"/>
        </w:rPr>
        <w:t>( 3</w:t>
      </w:r>
      <w:proofErr w:type="gramEnd"/>
      <w:r w:rsidRPr="000F21A2">
        <w:rPr>
          <w:rFonts w:ascii="Calibri Light" w:hAnsi="Calibri Light" w:cs="Calibri Light"/>
          <w:sz w:val="24"/>
          <w:szCs w:val="24"/>
        </w:rPr>
        <w:t xml:space="preserve"> sets)</w:t>
      </w:r>
    </w:p>
    <w:p w:rsidR="00B8072B" w:rsidRPr="000F21A2" w:rsidRDefault="000F21A2" w:rsidP="005D7D7E">
      <w:pPr>
        <w:spacing w:line="240" w:lineRule="auto"/>
        <w:ind w:firstLine="720"/>
        <w:rPr>
          <w:rFonts w:ascii="Calibri Light" w:hAnsi="Calibri Light" w:cs="Calibri Light"/>
          <w:sz w:val="24"/>
          <w:szCs w:val="24"/>
        </w:rPr>
      </w:pPr>
      <w:r w:rsidRPr="000F21A2">
        <w:rPr>
          <w:rFonts w:ascii="Calibri Light" w:hAnsi="Calibri Light" w:cs="Calibri Light"/>
          <w:sz w:val="24"/>
          <w:szCs w:val="24"/>
        </w:rPr>
        <w:t>8.1. The engine will be delivered by the organization.</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MANUFACTURER: SLOT.IT</w:t>
      </w:r>
    </w:p>
    <w:p w:rsidR="00B8072B" w:rsidRPr="000F21A2" w:rsidRDefault="000F21A2" w:rsidP="005D7D7E">
      <w:pPr>
        <w:spacing w:line="240" w:lineRule="auto"/>
        <w:ind w:left="720" w:firstLine="720"/>
        <w:rPr>
          <w:rFonts w:ascii="Calibri Light" w:hAnsi="Calibri Light" w:cs="Calibri Light"/>
          <w:sz w:val="24"/>
          <w:szCs w:val="24"/>
        </w:rPr>
      </w:pPr>
      <w:r w:rsidRPr="000F21A2">
        <w:rPr>
          <w:rFonts w:ascii="Calibri Light" w:hAnsi="Calibri Light" w:cs="Calibri Light"/>
          <w:sz w:val="24"/>
          <w:szCs w:val="24"/>
        </w:rPr>
        <w:t>MODEL: SIMN13H 22,500rpm flat6-s engine long box</w:t>
      </w:r>
    </w:p>
    <w:sectPr w:rsidR="00B8072B" w:rsidRPr="000F21A2" w:rsidSect="0003461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activeWritingStyle w:appName="MSWord" w:lang="en-US" w:vendorID="64" w:dllVersion="131078" w:nlCheck="1" w:checkStyle="1"/>
  <w:proofState w:spelling="clean" w:grammar="clean"/>
  <w:defaultTabStop w:val="720"/>
  <w:hyphenationZone w:val="425"/>
  <w:characterSpacingControl w:val="doNotCompress"/>
  <w:compat>
    <w:useFELayout/>
  </w:compat>
  <w:rsids>
    <w:rsidRoot w:val="00B47730"/>
    <w:rsid w:val="00034616"/>
    <w:rsid w:val="00037248"/>
    <w:rsid w:val="0006063C"/>
    <w:rsid w:val="00087D70"/>
    <w:rsid w:val="000F21A2"/>
    <w:rsid w:val="0015074B"/>
    <w:rsid w:val="0029639D"/>
    <w:rsid w:val="00326F90"/>
    <w:rsid w:val="004E06B7"/>
    <w:rsid w:val="005D7D7E"/>
    <w:rsid w:val="00612C4B"/>
    <w:rsid w:val="00752AF4"/>
    <w:rsid w:val="00AA1D8D"/>
    <w:rsid w:val="00B47730"/>
    <w:rsid w:val="00B8072B"/>
    <w:rsid w:val="00CB0664"/>
    <w:rsid w:val="00FC693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3622</Words>
  <Characters>19926</Characters>
  <Application>Microsoft Office Word</Application>
  <DocSecurity>0</DocSecurity>
  <Lines>166</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23501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USUARIO</cp:lastModifiedBy>
  <cp:revision>2</cp:revision>
  <dcterms:created xsi:type="dcterms:W3CDTF">2025-08-08T08:41:00Z</dcterms:created>
  <dcterms:modified xsi:type="dcterms:W3CDTF">2025-08-08T08:41:00Z</dcterms:modified>
</cp:coreProperties>
</file>